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pPr>
      <w:r>
        <w:t>RICHARD JORDAN</w:t>
      </w:r>
    </w:p>
    <w:p>
      <w:pPr>
        <w:spacing w:after="20"/>
      </w:pPr>
      <w:r>
        <w:rPr>
          <w:b/>
          <w:sz w:val="18"/>
        </w:rPr>
        <w:t>ACTOR  •  MUSICAL THEATRE PERFORMER  •  DIRECTOR  •  MEDIA EDITOR  •  PODCAST HOST</w:t>
      </w:r>
    </w:p>
    <w:p>
      <w:pPr>
        <w:spacing w:after="100"/>
      </w:pPr>
      <w:r>
        <w:rPr>
          <w:sz w:val="17"/>
        </w:rPr>
        <w:t>Chicago, Illinois  •  312-766-9992  •  sirrichardjordan@gmail.com  •  richardjordanofficial.com</w:t>
      </w:r>
    </w:p>
    <w:p>
      <w:pPr>
        <w:pStyle w:val="Heading1"/>
      </w:pPr>
      <w:r>
        <w:t>PROFESSIONAL PROFILE</w:t>
      </w:r>
    </w:p>
    <w:p>
      <w:r>
        <w:t>Actor and creative media professional with nearly eight years of theatre experience and professional experience in podcast production, video editing, social media, documentary production, and directing. Experienced across live performance and digital media, with a focus on developing as a performer while building practical experience in production and creative leadership.</w:t>
      </w:r>
    </w:p>
    <w:p>
      <w:pPr>
        <w:pStyle w:val="Heading1"/>
      </w:pPr>
      <w:r>
        <w:t>ACTING &amp; THEATRE</w:t>
      </w:r>
    </w:p>
    <w:p>
      <w:pPr>
        <w:pStyle w:val="Heading2"/>
      </w:pPr>
      <w:r>
        <w:t>Theatre Performance</w:t>
      </w:r>
    </w:p>
    <w:p>
      <w:pPr>
        <w:keepNext/>
        <w:spacing w:after="0"/>
      </w:pPr>
      <w:r>
        <w:rPr>
          <w:b/>
        </w:rPr>
        <w:t>Putnam County Spelling Bee</w:t>
      </w:r>
      <w:r>
        <w:rPr>
          <w:i/>
        </w:rPr>
        <w:t xml:space="preserve">  |  Barfee</w:t>
      </w:r>
    </w:p>
    <w:p>
      <w:pPr>
        <w:keepNext/>
        <w:spacing w:after="40"/>
      </w:pPr>
      <w:r>
        <w:rPr>
          <w:i/>
          <w:sz w:val="16"/>
        </w:rPr>
        <w:t>Street of Dreams Theatre | Karen Bussean | 2026</w:t>
      </w:r>
    </w:p>
    <w:p>
      <w:pPr>
        <w:keepNext/>
        <w:spacing w:after="0"/>
      </w:pPr>
      <w:r>
        <w:rPr>
          <w:b/>
        </w:rPr>
        <w:t>Clue</w:t>
      </w:r>
      <w:r>
        <w:rPr>
          <w:i/>
        </w:rPr>
        <w:t xml:space="preserve">  |  Mr. Boddy</w:t>
      </w:r>
    </w:p>
    <w:p>
      <w:pPr>
        <w:keepNext/>
        <w:spacing w:after="40"/>
      </w:pPr>
      <w:r>
        <w:rPr>
          <w:i/>
          <w:sz w:val="16"/>
        </w:rPr>
        <w:t>Beverly Theatre Guild | Anna Troy | 2026</w:t>
      </w:r>
    </w:p>
    <w:p>
      <w:pPr>
        <w:keepNext/>
        <w:spacing w:after="0"/>
      </w:pPr>
      <w:r>
        <w:rPr>
          <w:b/>
        </w:rPr>
        <w:t>Joseph and the Amazing Technicolor Dreamcoat</w:t>
      </w:r>
      <w:r>
        <w:rPr>
          <w:i/>
        </w:rPr>
        <w:t xml:space="preserve">  |  Ensemble</w:t>
      </w:r>
    </w:p>
    <w:p>
      <w:pPr>
        <w:keepNext/>
        <w:spacing w:after="40"/>
      </w:pPr>
      <w:r>
        <w:rPr>
          <w:i/>
          <w:sz w:val="16"/>
        </w:rPr>
        <w:t>Street of Dreams Theatre | Karen Bussean | 2025</w:t>
      </w:r>
    </w:p>
    <w:p>
      <w:pPr>
        <w:keepNext/>
        <w:spacing w:after="0"/>
      </w:pPr>
      <w:r>
        <w:rPr>
          <w:b/>
        </w:rPr>
        <w:t>Anastasia</w:t>
      </w:r>
      <w:r>
        <w:rPr>
          <w:i/>
        </w:rPr>
        <w:t xml:space="preserve">  |  Vlad</w:t>
      </w:r>
    </w:p>
    <w:p>
      <w:pPr>
        <w:keepNext/>
        <w:spacing w:after="40"/>
      </w:pPr>
      <w:r>
        <w:rPr>
          <w:i/>
          <w:sz w:val="16"/>
        </w:rPr>
        <w:t>Beverly Arts Center | Kara Ryan | 2025</w:t>
      </w:r>
    </w:p>
    <w:p>
      <w:pPr>
        <w:keepNext/>
        <w:spacing w:after="0"/>
      </w:pPr>
      <w:r>
        <w:rPr>
          <w:b/>
        </w:rPr>
        <w:t>Beetlejuice</w:t>
      </w:r>
      <w:r>
        <w:rPr>
          <w:i/>
        </w:rPr>
        <w:t xml:space="preserve">  |  Charles</w:t>
      </w:r>
    </w:p>
    <w:p>
      <w:pPr>
        <w:keepNext/>
        <w:spacing w:after="40"/>
      </w:pPr>
      <w:r>
        <w:rPr>
          <w:i/>
          <w:sz w:val="16"/>
        </w:rPr>
        <w:t>Street of Dreams Theatre | Karen Bussean | 2025</w:t>
      </w:r>
    </w:p>
    <w:p>
      <w:pPr>
        <w:keepNext/>
        <w:spacing w:after="0"/>
      </w:pPr>
      <w:r>
        <w:rPr>
          <w:b/>
        </w:rPr>
        <w:t>Something Rotten!</w:t>
      </w:r>
      <w:r>
        <w:rPr>
          <w:i/>
        </w:rPr>
        <w:t xml:space="preserve">  |  Shakespeare</w:t>
      </w:r>
    </w:p>
    <w:p>
      <w:pPr>
        <w:keepNext/>
        <w:spacing w:after="40"/>
      </w:pPr>
      <w:r>
        <w:rPr>
          <w:i/>
          <w:sz w:val="16"/>
        </w:rPr>
        <w:t>Street of Dreams Theatre | Karen Bussean | 2024</w:t>
      </w:r>
    </w:p>
    <w:p>
      <w:pPr>
        <w:keepNext/>
        <w:spacing w:after="0"/>
      </w:pPr>
      <w:r>
        <w:rPr>
          <w:b/>
        </w:rPr>
        <w:t>Legally Blonde</w:t>
      </w:r>
      <w:r>
        <w:rPr>
          <w:i/>
        </w:rPr>
        <w:t xml:space="preserve">  |  Warner</w:t>
      </w:r>
    </w:p>
    <w:p>
      <w:pPr>
        <w:keepNext/>
        <w:spacing w:after="40"/>
      </w:pPr>
      <w:r>
        <w:rPr>
          <w:i/>
          <w:sz w:val="16"/>
        </w:rPr>
        <w:t>Street of Dreams Theatre | Karen Bussean | 2024</w:t>
      </w:r>
    </w:p>
    <w:p>
      <w:pPr>
        <w:keepNext/>
        <w:spacing w:after="0"/>
      </w:pPr>
      <w:r>
        <w:rPr>
          <w:b/>
        </w:rPr>
        <w:t>Les Misérables</w:t>
      </w:r>
      <w:r>
        <w:rPr>
          <w:i/>
        </w:rPr>
        <w:t xml:space="preserve">  |  Enjolras</w:t>
      </w:r>
    </w:p>
    <w:p>
      <w:pPr>
        <w:keepNext/>
        <w:spacing w:after="40"/>
      </w:pPr>
      <w:r>
        <w:rPr>
          <w:i/>
          <w:sz w:val="16"/>
        </w:rPr>
        <w:t>Street of Dreams Theatre | Karen Bussean | 2024</w:t>
      </w:r>
    </w:p>
    <w:p>
      <w:pPr>
        <w:keepNext/>
        <w:spacing w:after="0"/>
      </w:pPr>
      <w:r>
        <w:rPr>
          <w:b/>
        </w:rPr>
        <w:t>Anastasia</w:t>
      </w:r>
      <w:r>
        <w:rPr>
          <w:i/>
        </w:rPr>
        <w:t xml:space="preserve">  |  Dmitri</w:t>
      </w:r>
    </w:p>
    <w:p>
      <w:pPr>
        <w:keepNext/>
        <w:spacing w:after="40"/>
      </w:pPr>
      <w:r>
        <w:rPr>
          <w:i/>
          <w:sz w:val="16"/>
        </w:rPr>
        <w:t>Street of Dreams Theatre | Karen Bussean | 2023</w:t>
      </w:r>
    </w:p>
    <w:p>
      <w:pPr>
        <w:keepNext/>
        <w:spacing w:after="0"/>
      </w:pPr>
      <w:r>
        <w:rPr>
          <w:b/>
        </w:rPr>
        <w:t>Guys and Dolls</w:t>
      </w:r>
      <w:r>
        <w:rPr>
          <w:i/>
        </w:rPr>
        <w:t xml:space="preserve">  |  Nathan Detroit</w:t>
      </w:r>
    </w:p>
    <w:p>
      <w:pPr>
        <w:keepNext/>
        <w:spacing w:after="40"/>
      </w:pPr>
      <w:r>
        <w:rPr>
          <w:i/>
          <w:sz w:val="16"/>
        </w:rPr>
        <w:t>All About Music | Connie Johnson | 2023</w:t>
      </w:r>
    </w:p>
    <w:p>
      <w:pPr>
        <w:keepNext/>
        <w:spacing w:after="0"/>
      </w:pPr>
      <w:r>
        <w:rPr>
          <w:b/>
        </w:rPr>
        <w:t>Elf</w:t>
      </w:r>
      <w:r>
        <w:rPr>
          <w:i/>
        </w:rPr>
        <w:t xml:space="preserve">  |  Walter</w:t>
      </w:r>
    </w:p>
    <w:p>
      <w:pPr>
        <w:keepNext/>
        <w:spacing w:after="40"/>
      </w:pPr>
      <w:r>
        <w:rPr>
          <w:i/>
          <w:sz w:val="16"/>
        </w:rPr>
        <w:t>All About Music | Connie Johnson | 2022</w:t>
      </w:r>
    </w:p>
    <w:p>
      <w:pPr>
        <w:keepNext/>
        <w:spacing w:after="0"/>
      </w:pPr>
      <w:r>
        <w:rPr>
          <w:b/>
        </w:rPr>
        <w:t>High School Musical 2</w:t>
      </w:r>
      <w:r>
        <w:rPr>
          <w:i/>
        </w:rPr>
        <w:t xml:space="preserve">  |  Chad</w:t>
      </w:r>
    </w:p>
    <w:p>
      <w:pPr>
        <w:keepNext/>
        <w:spacing w:after="40"/>
      </w:pPr>
      <w:r>
        <w:rPr>
          <w:i/>
          <w:sz w:val="16"/>
        </w:rPr>
        <w:t>All About Music | Connie Johnson | 2022</w:t>
      </w:r>
    </w:p>
    <w:p>
      <w:pPr>
        <w:keepNext/>
        <w:spacing w:after="0"/>
      </w:pPr>
      <w:r>
        <w:rPr>
          <w:b/>
        </w:rPr>
        <w:t>Annie</w:t>
      </w:r>
      <w:r>
        <w:rPr>
          <w:i/>
        </w:rPr>
        <w:t xml:space="preserve">  |  Warbucks</w:t>
      </w:r>
    </w:p>
    <w:p>
      <w:pPr>
        <w:keepNext/>
        <w:spacing w:after="40"/>
      </w:pPr>
      <w:r>
        <w:rPr>
          <w:i/>
          <w:sz w:val="16"/>
        </w:rPr>
        <w:t>All About Music | Connie Johnson | 2022</w:t>
      </w:r>
    </w:p>
    <w:p>
      <w:pPr>
        <w:keepNext/>
        <w:spacing w:after="0"/>
      </w:pPr>
      <w:r>
        <w:rPr>
          <w:b/>
        </w:rPr>
        <w:t>The Addams Family</w:t>
      </w:r>
      <w:r>
        <w:rPr>
          <w:i/>
        </w:rPr>
        <w:t xml:space="preserve">  |  Lucas</w:t>
      </w:r>
    </w:p>
    <w:p>
      <w:pPr>
        <w:keepNext/>
        <w:spacing w:after="40"/>
      </w:pPr>
      <w:r>
        <w:rPr>
          <w:i/>
          <w:sz w:val="16"/>
        </w:rPr>
        <w:t>All About Music | Connie Johnson | 2021</w:t>
      </w:r>
    </w:p>
    <w:p>
      <w:pPr>
        <w:keepNext/>
        <w:spacing w:after="0"/>
      </w:pPr>
      <w:r>
        <w:rPr>
          <w:b/>
        </w:rPr>
        <w:t>Footloose</w:t>
      </w:r>
      <w:r>
        <w:rPr>
          <w:i/>
        </w:rPr>
        <w:t xml:space="preserve">  |  Cowboy Bob</w:t>
      </w:r>
    </w:p>
    <w:p>
      <w:pPr>
        <w:keepNext/>
        <w:spacing w:after="40"/>
      </w:pPr>
      <w:r>
        <w:rPr>
          <w:i/>
          <w:sz w:val="16"/>
        </w:rPr>
        <w:t>All About Music | Connie Johnson | 2021</w:t>
      </w:r>
    </w:p>
    <w:p>
      <w:pPr>
        <w:keepNext/>
        <w:spacing w:after="0"/>
      </w:pPr>
      <w:r>
        <w:rPr>
          <w:b/>
        </w:rPr>
        <w:t>The Princess and the Pea</w:t>
      </w:r>
      <w:r>
        <w:rPr>
          <w:i/>
        </w:rPr>
        <w:t xml:space="preserve">  |  Prince</w:t>
      </w:r>
    </w:p>
    <w:p>
      <w:pPr>
        <w:keepNext/>
        <w:spacing w:after="40"/>
      </w:pPr>
      <w:r>
        <w:rPr>
          <w:i/>
          <w:sz w:val="16"/>
        </w:rPr>
        <w:t>All About Music | Connie Johnson | 2021</w:t>
      </w:r>
    </w:p>
    <w:p>
      <w:pPr>
        <w:keepNext/>
        <w:spacing w:after="0"/>
      </w:pPr>
      <w:r>
        <w:rPr>
          <w:b/>
        </w:rPr>
        <w:t>Dickens of a Christmas</w:t>
      </w:r>
      <w:r>
        <w:rPr>
          <w:i/>
        </w:rPr>
        <w:t xml:space="preserve">  |  Bob Cratchit</w:t>
      </w:r>
    </w:p>
    <w:p>
      <w:pPr>
        <w:keepNext/>
        <w:spacing w:after="40"/>
      </w:pPr>
      <w:r>
        <w:rPr>
          <w:i/>
          <w:sz w:val="16"/>
        </w:rPr>
        <w:t>All About Music | Connie Johnson | 2020</w:t>
      </w:r>
    </w:p>
    <w:p>
      <w:pPr>
        <w:keepNext/>
        <w:spacing w:after="0"/>
      </w:pPr>
      <w:r>
        <w:rPr>
          <w:b/>
        </w:rPr>
        <w:t>Beauty and the Beast</w:t>
      </w:r>
      <w:r>
        <w:rPr>
          <w:i/>
        </w:rPr>
        <w:t xml:space="preserve">  |  LeFou</w:t>
      </w:r>
    </w:p>
    <w:p>
      <w:pPr>
        <w:keepNext/>
        <w:spacing w:after="40"/>
      </w:pPr>
      <w:r>
        <w:rPr>
          <w:i/>
          <w:sz w:val="16"/>
        </w:rPr>
        <w:t>All About Music | Connie Johnson | 2020</w:t>
      </w:r>
    </w:p>
    <w:p>
      <w:pPr>
        <w:pStyle w:val="Heading1"/>
      </w:pPr>
      <w:r>
        <w:t>DIRECTING</w:t>
      </w:r>
    </w:p>
    <w:p>
      <w:pPr>
        <w:keepNext/>
        <w:spacing w:after="0"/>
      </w:pPr>
      <w:r>
        <w:rPr>
          <w:b/>
        </w:rPr>
        <w:t>Aladdin Jr.</w:t>
      </w:r>
      <w:r>
        <w:rPr>
          <w:i/>
        </w:rPr>
        <w:t xml:space="preserve">  |  Head Director</w:t>
      </w:r>
    </w:p>
    <w:p>
      <w:pPr>
        <w:keepNext/>
        <w:spacing w:after="40"/>
      </w:pPr>
      <w:r>
        <w:rPr>
          <w:i/>
          <w:sz w:val="16"/>
        </w:rPr>
        <w:t>2026</w:t>
      </w:r>
    </w:p>
    <w:p>
      <w:r>
        <w:t>Directed the production and led performers through character development, staging, rehearsals, and performance preparation.</w:t>
      </w:r>
    </w:p>
    <w:p>
      <w:r>
        <w:br w:type="page"/>
      </w:r>
    </w:p>
    <w:p>
      <w:pPr>
        <w:pStyle w:val="Title"/>
        <w:spacing w:after="40"/>
      </w:pPr>
      <w:r>
        <w:rPr>
          <w:sz w:val="36"/>
        </w:rPr>
        <w:t>RICHARD JORDAN</w:t>
      </w:r>
    </w:p>
    <w:p>
      <w:pPr>
        <w:pStyle w:val="Heading1"/>
      </w:pPr>
      <w:r>
        <w:t>MEDIA, PODCAST &amp; DIGITAL PRODUCTION</w:t>
      </w:r>
    </w:p>
    <w:p>
      <w:pPr>
        <w:keepNext/>
        <w:spacing w:after="0"/>
      </w:pPr>
      <w:r>
        <w:rPr>
          <w:b/>
        </w:rPr>
        <w:t>Frequency with Rick Jordan</w:t>
      </w:r>
      <w:r>
        <w:rPr>
          <w:i/>
        </w:rPr>
        <w:t xml:space="preserve">  |  Social Media &amp; Media Editor</w:t>
      </w:r>
    </w:p>
    <w:p>
      <w:pPr>
        <w:keepNext/>
        <w:spacing w:after="40"/>
      </w:pPr>
      <w:r>
        <w:rPr>
          <w:i/>
          <w:sz w:val="16"/>
        </w:rPr>
        <w:t>February 2021–Present</w:t>
      </w:r>
    </w:p>
    <w:p>
      <w:pPr>
        <w:spacing w:after="20"/>
        <w:ind w:left="230" w:hanging="158"/>
      </w:pPr>
      <w:r>
        <w:t>• Edit podcast episodes and video content.</w:t>
      </w:r>
    </w:p>
    <w:p>
      <w:pPr>
        <w:spacing w:after="20"/>
        <w:ind w:left="230" w:hanging="158"/>
      </w:pPr>
      <w:r>
        <w:t>• Develop short-form content from long-form recordings.</w:t>
      </w:r>
    </w:p>
    <w:p>
      <w:pPr>
        <w:spacing w:after="20"/>
        <w:ind w:left="230" w:hanging="158"/>
      </w:pPr>
      <w:r>
        <w:t>• Prepare and organize content for social media distribution.</w:t>
      </w:r>
    </w:p>
    <w:p>
      <w:pPr>
        <w:spacing w:after="20"/>
        <w:ind w:left="230" w:hanging="158"/>
      </w:pPr>
      <w:r>
        <w:t>• Identify usable moments for promotional and social content.</w:t>
      </w:r>
    </w:p>
    <w:p>
      <w:pPr>
        <w:spacing w:after="20"/>
        <w:ind w:left="230" w:hanging="158"/>
      </w:pPr>
      <w:r>
        <w:t>• Support the production and digital distribution of podcast episodes.</w:t>
      </w:r>
    </w:p>
    <w:p>
      <w:pPr>
        <w:keepNext/>
        <w:spacing w:after="0"/>
      </w:pPr>
      <w:r>
        <w:rPr>
          <w:b/>
        </w:rPr>
        <w:t>Twin Talk with Richard Jordan and Arial Jordan</w:t>
      </w:r>
      <w:r>
        <w:rPr>
          <w:i/>
        </w:rPr>
        <w:t xml:space="preserve">  |  Co-Host &amp; Creator</w:t>
      </w:r>
    </w:p>
    <w:p>
      <w:pPr>
        <w:keepNext/>
        <w:spacing w:after="40"/>
      </w:pPr>
      <w:r>
        <w:rPr>
          <w:i/>
          <w:sz w:val="16"/>
        </w:rPr>
        <w:t>2026–Present</w:t>
      </w:r>
    </w:p>
    <w:p>
      <w:pPr>
        <w:spacing w:after="20"/>
        <w:ind w:left="230" w:hanging="158"/>
      </w:pPr>
      <w:r>
        <w:t>• Co-host and contribute to podcast production.</w:t>
      </w:r>
    </w:p>
    <w:p>
      <w:pPr>
        <w:spacing w:after="20"/>
        <w:ind w:left="230" w:hanging="158"/>
      </w:pPr>
      <w:r>
        <w:t>• Participate in episode development and recording.</w:t>
      </w:r>
    </w:p>
    <w:p>
      <w:pPr>
        <w:spacing w:after="20"/>
        <w:ind w:left="230" w:hanging="158"/>
      </w:pPr>
      <w:r>
        <w:t>• Contribute to the creative direction and presentation of the show.</w:t>
      </w:r>
    </w:p>
    <w:p>
      <w:pPr>
        <w:spacing w:after="20"/>
        <w:ind w:left="230" w:hanging="158"/>
      </w:pPr>
      <w:r>
        <w:t>• Develop content for digital and social media platforms.</w:t>
      </w:r>
    </w:p>
    <w:p>
      <w:pPr>
        <w:pStyle w:val="Heading1"/>
      </w:pPr>
      <w:r>
        <w:t>FILM &amp; DOCUMENTARY</w:t>
      </w:r>
    </w:p>
    <w:p>
      <w:pPr>
        <w:keepNext/>
        <w:spacing w:after="0"/>
      </w:pPr>
      <w:r>
        <w:rPr>
          <w:b/>
        </w:rPr>
        <w:t>Liberty Lockdown</w:t>
      </w:r>
      <w:r>
        <w:rPr>
          <w:i/>
        </w:rPr>
        <w:t xml:space="preserve">  |  Film Crew</w:t>
      </w:r>
    </w:p>
    <w:p>
      <w:pPr>
        <w:keepNext/>
        <w:spacing w:after="40"/>
      </w:pPr>
      <w:r>
        <w:rPr>
          <w:i/>
          <w:sz w:val="16"/>
        </w:rPr>
        <w:t>Summer 2020</w:t>
      </w:r>
    </w:p>
    <w:p>
      <w:r>
        <w:t>Worked as a member of the film crew during production of the documentary.</w:t>
      </w:r>
    </w:p>
    <w:p>
      <w:pPr>
        <w:pStyle w:val="Heading1"/>
      </w:pPr>
      <w:r>
        <w:t>PROFESSIONAL TRAINING</w:t>
      </w:r>
    </w:p>
    <w:p>
      <w:pPr>
        <w:keepNext/>
        <w:spacing w:after="0"/>
      </w:pPr>
      <w:r>
        <w:rPr>
          <w:b/>
        </w:rPr>
        <w:t>Acting Studio Chicago</w:t>
      </w:r>
      <w:r>
        <w:rPr>
          <w:i/>
        </w:rPr>
        <w:t xml:space="preserve">  |  Acting Training</w:t>
      </w:r>
    </w:p>
    <w:p>
      <w:pPr>
        <w:keepNext/>
        <w:spacing w:after="40"/>
      </w:pPr>
      <w:r>
        <w:rPr>
          <w:i/>
          <w:sz w:val="16"/>
        </w:rPr>
        <w:t>Current</w:t>
      </w:r>
    </w:p>
    <w:p>
      <w:pPr>
        <w:keepNext/>
        <w:spacing w:after="0"/>
      </w:pPr>
      <w:r>
        <w:rPr>
          <w:b/>
        </w:rPr>
        <w:t>Street of Dreams Theatre</w:t>
      </w:r>
      <w:r>
        <w:rPr>
          <w:i/>
        </w:rPr>
        <w:t xml:space="preserve">  |  Two 8-Week Intensive Acting Programs</w:t>
      </w:r>
    </w:p>
    <w:p>
      <w:pPr>
        <w:keepNext/>
        <w:spacing w:after="40"/>
      </w:pPr>
      <w:r>
        <w:rPr>
          <w:i/>
          <w:sz w:val="16"/>
        </w:rPr>
        <w:t>Instructor: Emma Lundquist</w:t>
      </w:r>
    </w:p>
    <w:p>
      <w:pPr>
        <w:keepNext/>
        <w:spacing w:after="0"/>
      </w:pPr>
      <w:r>
        <w:rPr>
          <w:b/>
        </w:rPr>
        <w:t>Roger Love</w:t>
      </w:r>
      <w:r>
        <w:rPr>
          <w:i/>
        </w:rPr>
        <w:t xml:space="preserve">  |  Vocal Training Program</w:t>
      </w:r>
    </w:p>
    <w:p>
      <w:pPr>
        <w:keepNext/>
        <w:spacing w:after="0"/>
      </w:pPr>
      <w:r>
        <w:rPr>
          <w:b/>
        </w:rPr>
        <w:t>Lyndy Simmons</w:t>
      </w:r>
      <w:r>
        <w:rPr>
          <w:i/>
        </w:rPr>
        <w:t xml:space="preserve">  |  Private Voice Training | 3 Years</w:t>
      </w:r>
    </w:p>
    <w:p>
      <w:pPr>
        <w:keepNext/>
        <w:spacing w:after="40"/>
      </w:pPr>
      <w:r>
        <w:rPr>
          <w:i/>
          <w:sz w:val="16"/>
        </w:rPr>
        <w:t>Touring Opera Performer / Voice Teacher</w:t>
      </w:r>
    </w:p>
    <w:p>
      <w:pPr>
        <w:keepNext/>
        <w:spacing w:after="0"/>
      </w:pPr>
      <w:r>
        <w:rPr>
          <w:b/>
        </w:rPr>
        <w:t>Derek Klena</w:t>
      </w:r>
      <w:r>
        <w:rPr>
          <w:i/>
        </w:rPr>
        <w:t xml:space="preserve">  |  Private Voice Lesson</w:t>
      </w:r>
    </w:p>
    <w:p>
      <w:pPr>
        <w:keepNext/>
        <w:spacing w:after="40"/>
      </w:pPr>
      <w:r>
        <w:rPr>
          <w:i/>
          <w:sz w:val="16"/>
        </w:rPr>
        <w:t>Broadway Performer</w:t>
      </w:r>
    </w:p>
    <w:p>
      <w:pPr>
        <w:pStyle w:val="Heading1"/>
      </w:pPr>
      <w:r>
        <w:t>MUSICAL THEATRE &amp; VOCAL EXPERIENCE</w:t>
      </w:r>
    </w:p>
    <w:p>
      <w:pPr>
        <w:spacing w:after="20"/>
      </w:pPr>
      <w:r>
        <w:rPr>
          <w:b/>
        </w:rPr>
        <w:t xml:space="preserve">Musical Theatre: </w:t>
      </w:r>
      <w:r>
        <w:t>8 Years</w:t>
      </w:r>
    </w:p>
    <w:p>
      <w:pPr>
        <w:spacing w:after="20"/>
      </w:pPr>
      <w:r>
        <w:rPr>
          <w:b/>
        </w:rPr>
        <w:t xml:space="preserve">Voice Type: </w:t>
      </w:r>
      <w:r>
        <w:t>Baritone</w:t>
      </w:r>
    </w:p>
    <w:p>
      <w:pPr>
        <w:spacing w:after="20"/>
      </w:pPr>
      <w:r>
        <w:rPr>
          <w:b/>
        </w:rPr>
        <w:t xml:space="preserve">Comfortable Vocal Range: </w:t>
      </w:r>
      <w:r>
        <w:t>G2–Ab4</w:t>
      </w:r>
    </w:p>
    <w:p>
      <w:pPr>
        <w:pStyle w:val="Heading1"/>
      </w:pPr>
      <w:r>
        <w:t>EDUCATION</w:t>
      </w:r>
    </w:p>
    <w:p>
      <w:pPr>
        <w:keepNext/>
        <w:spacing w:after="0"/>
      </w:pPr>
      <w:r>
        <w:rPr>
          <w:b/>
        </w:rPr>
        <w:t>Homeschool Education</w:t>
      </w:r>
      <w:r>
        <w:rPr>
          <w:i/>
        </w:rPr>
        <w:t xml:space="preserve">  |  High School Diploma</w:t>
      </w:r>
    </w:p>
    <w:p>
      <w:pPr>
        <w:keepNext/>
        <w:spacing w:after="40"/>
      </w:pPr>
      <w:r>
        <w:rPr>
          <w:i/>
          <w:sz w:val="16"/>
        </w:rPr>
        <w:t>2025</w:t>
      </w:r>
    </w:p>
    <w:p>
      <w:r>
        <w:t>Attended public school through 6th grade before transitioning to homeschool education beginning in 7th grade.</w:t>
      </w:r>
    </w:p>
    <w:p>
      <w:pPr>
        <w:keepNext/>
        <w:spacing w:after="0"/>
      </w:pPr>
      <w:r>
        <w:rPr>
          <w:b/>
        </w:rPr>
        <w:t>Harvard University</w:t>
      </w:r>
      <w:r>
        <w:rPr>
          <w:i/>
        </w:rPr>
        <w:t xml:space="preserve">  |  CS50: Introduction to Computer Science</w:t>
      </w:r>
    </w:p>
    <w:p>
      <w:pPr>
        <w:keepNext/>
        <w:spacing w:after="40"/>
      </w:pPr>
      <w:r>
        <w:rPr>
          <w:i/>
          <w:sz w:val="16"/>
        </w:rPr>
        <w:t>Current</w:t>
      </w:r>
    </w:p>
    <w:p>
      <w:pPr>
        <w:pStyle w:val="Heading1"/>
      </w:pPr>
      <w:r>
        <w:t>SKILLS</w:t>
      </w:r>
    </w:p>
    <w:p>
      <w:pPr>
        <w:spacing w:after="40"/>
      </w:pPr>
      <w:r>
        <w:rPr>
          <w:b/>
        </w:rPr>
        <w:t xml:space="preserve">Performance: </w:t>
      </w:r>
      <w:r>
        <w:t>Acting, Musical Theatre, Stage Performance, Stage Combat</w:t>
      </w:r>
    </w:p>
    <w:p>
      <w:pPr>
        <w:spacing w:after="40"/>
      </w:pPr>
      <w:r>
        <w:rPr>
          <w:b/>
        </w:rPr>
        <w:t xml:space="preserve">Media: </w:t>
      </w:r>
      <w:r>
        <w:t>Video Editing, Podcast Editing, Podcast Production, Social Media Content, Documentary Production</w:t>
      </w:r>
    </w:p>
    <w:p>
      <w:pPr>
        <w:spacing w:after="40"/>
      </w:pPr>
      <w:r>
        <w:rPr>
          <w:b/>
        </w:rPr>
        <w:t xml:space="preserve">Leadership: </w:t>
      </w:r>
      <w:r>
        <w:t>Directing, Rehearsal Leadership, Creative Collaboration</w:t>
      </w:r>
    </w:p>
    <w:p>
      <w:pPr>
        <w:spacing w:after="40"/>
      </w:pPr>
      <w:r>
        <w:rPr>
          <w:b/>
        </w:rPr>
        <w:t xml:space="preserve">Communication: </w:t>
      </w:r>
      <w:r>
        <w:t>Podcast Hosting, Interviewing, On-Camera Performance</w:t>
      </w:r>
    </w:p>
    <w:p>
      <w:pPr>
        <w:spacing w:after="40"/>
      </w:pPr>
      <w:r>
        <w:rPr>
          <w:b/>
        </w:rPr>
        <w:t xml:space="preserve">Technology: </w:t>
      </w:r>
      <w:r>
        <w:t>Computer Science Coursework, Digital Media Production</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5"/>
      </w:rPr>
      <w:t>Richard Jordan  •  Professional CV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